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 מהיר – גרסת נייר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במהירות יישובים מחידות תמונה ולחזק ידע על מקומות בארץ.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https://makom-baaretz-chidot.sites.tab.bot/mahir.html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לבדוק בזוגות: כל זוג סופר נקודות.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בחנ״מ – בלי מגבלת זמן.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באתר כל עובדות "הידעתם?" מסומנות לבדיקה – כדאי לעבור עליהן לפני השיעור.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תמונות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כנרת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חורה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טירת כרמל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קריית 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נתיבות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תל שבע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רעננה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 – מהר!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הנגב והערבה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הגליל והצפון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הנגב והערבה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את החידה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עדשים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טיפ לחידון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טיפ ברור ומעשי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חידון מהיר – גרסת נייר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כמו החידון באתר – רק על הנייר. אפשר למדוד זמן או לעבוד בנחת.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חידון תמונות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שם המקום שמתאים לחידה. ניסיון ראשון = 2 נקודות, שני = נקודה.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אשדוד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ראש הנקרה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כנרת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גן נר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חורה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מגל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עין מאהל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בית אלפא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0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יבנה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נשר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טירת כרמל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גדרה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9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בית השיטה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קריית טבעון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חוף דור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קריית שמונה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3709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37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פתח תקווה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נתיבות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עין מאהל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רמת גן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6.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4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תל שבע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נהריה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תל אביב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רחובות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7.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41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ראש פינה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טירת כרמל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נשר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ים המלח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8.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קריית טבעון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רעננה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אשדוד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ד. בית אלפא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 – מהר!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באר שבע: העיר הגדולה בנגב, ומכונה "בירת הנגב".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עין גדי נמצא באזור הגליל והצפון.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ערד: לידה תל ערד – עיר עתיקה.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דגניה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נתניה: "בירת השרון", על חוף הים.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ים המלח נמצא באזור הגליל והצפון.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את החידה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המילה החסרה.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מצפה + ________ = מצפה רמון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עין + ________ = עין גדי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תל + ________ = תל עדשים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כפר + ________ = כפר יונה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טיפ לחידון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טיפ אחד לחבר או לחברה: איך פותרים חידת תמונה מהר?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מהיר – גרסת נייר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