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איפה זה בארץ? – מפה ותרגול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למקם יישובים ואתרים על מפת הארץ ולמיין אותם לפי אזורים.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https://makom-baaretz-chidot.sites.tab.bot/mapa.html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המיון צפון/מרכז/דרום פשוט בכוונה: הגליל, חיפה והכרמל והעמקים = צפון; השרון והמרכז = מרכז; הנגב והערבה = דרום.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להמשיך במשחק המפה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המקום במפה?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מגדל העמק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כפר יונה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תל אביב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עין גדי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באר שבע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צפון, מרכז או דרום?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צפון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קריית ים, נשר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מרכז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 העין, כפר סבא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דרום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ים המלח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צפונה או דרומה?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קריית 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קריית שמונה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מסע בארץ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שימוש נכון בכיווני המפה ובשמות המקומות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🗺️ איפה זה בארץ? – מפה ותרגול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המפה סכמטית: רואים בה את חוף הים, הכנרת, הירדן, ים המלח ומפרץ אילת.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נשר  |  ים המלח  |  קריית ים  |  ראש העין  |  כפר סבא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המקום במפה?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מהמחסן את שם המקום וכתבו אותו ליד המספר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תל אביב  |  עין גדי  |  באר שבע  |  כפר יונה  |  מגדל העמק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92138" cy="432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p-k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138" cy="4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1.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2.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3.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4.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5. ______________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צפון, מרכז או דרום?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מיינו את המקומות לטבלה.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כפר סבא  |  ראש העין  |  קריית ים  |  נשר  |  ים המלח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צפון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מרכז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דרום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צפונה או דרומה?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התשובה. אפשר להיעזר במפה שבחלק א׳.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באר שבע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קריית 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גשר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קריית שמונה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מסע בארץ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תכננו טיול קצר לשני מקומות מהמפה. כתבו לאן נוסעים קודם ולמה, ומה רוצים לראות שם.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איפה זה בארץ? – מפה ותרגול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