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איפה זה בארץ? – מפה ותרגול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למקם יישובים ואתרים על מפת הארץ ולמיין אותם לפי אזורים.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https://makom-baaretz-chidot.sites.tab.bot/mapa.html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המיון צפון/מרכז/דרום פשוט בכוונה: הגליל, חיפה והכרמל והעמקים = צפון; השרון והמרכז = מרכז; הנגב והערבה = דרום.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להמשיך במשחק המפה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המקום במפה?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נוף הגליל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אלפא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כפר יונה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רמת גן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עין גדי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צפון, מרכז או דרום?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קיסריה, גן השלושה, עפולה, קריית שמונה, תל עדשים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שבע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צפונה או דרומה?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קריית 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ראשון לציון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מסע בארץ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שימוש נכון בכיווני המפה ובשמות המקומות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🗺️ איפה זה בארץ? – מפה ותרגול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זו מפה של הארץ. למעלה – צפון. למטה – דרום.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 · море · ባሕር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lake · озеро · ሐይቅ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🏜️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desert · пустыня · በረሃ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mountain · гора · ተራራ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🏞️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valley · долина · ሸለቆ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המקום במפה?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מהמחסן את שם המקום וכתבו אותו ליד המספר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נוף הגליל  |  בית אלפא  |  רמת גן  |  עין גדי  |  כפר יונה  |  דימונה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92138" cy="43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-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138" cy="4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5. 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6. 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צפון, מרכז או דרום?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המקומות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מגל  |  תל עדשים  |  גן השלושה  |  באר שבע  |  עפולה  |  קריית שמונה  |  קיסריה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צפונה או דרומה?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התשובה. אפשר להיעזר במפה שבחלק א׳.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גן נר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קריית שמונה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חיפה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מקום נמצא צפונה 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באר שבע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ראשון לציון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מסע בארץ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2 מקומות מהמפה. לאן נוסעים? מה רואים?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איפה זה בארץ? – מפה ותרגול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